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F984E" w14:textId="77777777" w:rsidR="0058317F" w:rsidRDefault="00000000">
      <w:pPr>
        <w:jc w:val="center"/>
      </w:pPr>
      <w:r>
        <w:rPr>
          <w:b/>
          <w:color w:val="27391D"/>
          <w:sz w:val="22"/>
        </w:rPr>
        <w:t>MAS Hustopečsko, z. s.</w:t>
      </w:r>
    </w:p>
    <w:p w14:paraId="53A2AC5F" w14:textId="77777777" w:rsidR="0058317F" w:rsidRDefault="00000000">
      <w:pPr>
        <w:pStyle w:val="Nzev"/>
        <w:jc w:val="center"/>
      </w:pPr>
      <w:r>
        <w:rPr>
          <w:rFonts w:ascii="Arial" w:hAnsi="Arial" w:cs="Arial"/>
        </w:rPr>
        <w:t>FORMULÁŘ PROJEKTOVÉHO ZÁMĚRU</w:t>
      </w:r>
    </w:p>
    <w:p w14:paraId="22BB8FA8" w14:textId="77777777" w:rsidR="0058317F" w:rsidRDefault="00000000">
      <w:pPr>
        <w:jc w:val="center"/>
      </w:pPr>
      <w:r>
        <w:rPr>
          <w:b/>
          <w:color w:val="E4345E"/>
          <w:sz w:val="26"/>
        </w:rPr>
        <w:t>Intervence 52.77 LEADER - Projekty spolupráce</w:t>
      </w:r>
    </w:p>
    <w:p w14:paraId="1082DD07" w14:textId="77777777" w:rsidR="0058317F" w:rsidRDefault="00000000">
      <w:pPr>
        <w:jc w:val="center"/>
      </w:pPr>
      <w:r>
        <w:rPr>
          <w:i/>
          <w:sz w:val="21"/>
        </w:rPr>
        <w:t>Šablona pro sběr záměrů od aktérů v území a pro interní posouzení MAS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0"/>
      </w:tblGrid>
      <w:tr w:rsidR="0058317F" w14:paraId="6CFAB6E3" w14:textId="77777777">
        <w:trPr>
          <w:jc w:val="center"/>
        </w:trPr>
        <w:tc>
          <w:tcPr>
            <w:tcW w:w="10376" w:type="dxa"/>
            <w:tcBorders>
              <w:top w:val="single" w:sz="6" w:space="0" w:color="B8C7AC"/>
              <w:left w:val="single" w:sz="6" w:space="0" w:color="B8C7AC"/>
              <w:bottom w:val="single" w:sz="6" w:space="0" w:color="B8C7AC"/>
              <w:right w:val="single" w:sz="6" w:space="0" w:color="B8C7AC"/>
            </w:tcBorders>
            <w:shd w:val="clear" w:color="auto" w:fill="EAF0E4"/>
          </w:tcPr>
          <w:p w14:paraId="0766037A" w14:textId="77777777" w:rsidR="0058317F" w:rsidRDefault="00000000">
            <w:r>
              <w:rPr>
                <w:b/>
                <w:color w:val="27391D"/>
              </w:rPr>
              <w:t>Jak formulář používat</w:t>
            </w:r>
          </w:p>
          <w:p w14:paraId="6FA0200E" w14:textId="77777777" w:rsidR="0058317F" w:rsidRDefault="00000000">
            <w:r>
              <w:rPr>
                <w:sz w:val="17"/>
              </w:rPr>
              <w:t>Formulář vyplňuje předkladatel projektového záměru. Části označené „Vyplňuje MAS“ slouží pro kancelář MAS, výběrový orgán a rozhodovací orgán. Vyplněný formulář je podkladem pro rozhodnutí, zda bude záměr dále dopracován do projektu spolupráce, schválen nejvyšším orgánem MAS a následně předložen k hodnocení a výběru.</w:t>
            </w:r>
          </w:p>
        </w:tc>
      </w:tr>
    </w:tbl>
    <w:p w14:paraId="652E27F9" w14:textId="77777777" w:rsidR="005B6E6F" w:rsidRDefault="005B6E6F">
      <w:pPr>
        <w:pStyle w:val="PoznamkaMAS"/>
        <w:rPr>
          <w:i w:val="0"/>
        </w:rPr>
      </w:pPr>
    </w:p>
    <w:p w14:paraId="0DEF4B3A" w14:textId="77777777" w:rsidR="005B6E6F" w:rsidRDefault="005B6E6F">
      <w:pPr>
        <w:pStyle w:val="PoznamkaMAS"/>
      </w:pPr>
    </w:p>
    <w:p w14:paraId="03B6E303" w14:textId="77777777" w:rsidR="0058317F" w:rsidRDefault="00000000">
      <w:r>
        <w:br w:type="page"/>
      </w:r>
    </w:p>
    <w:p w14:paraId="1A2FA775" w14:textId="77777777" w:rsidR="0058317F" w:rsidRDefault="00000000">
      <w:pPr>
        <w:pStyle w:val="Nadpis1"/>
      </w:pPr>
      <w:r>
        <w:rPr>
          <w:rFonts w:ascii="Arial" w:hAnsi="Arial" w:cs="Arial"/>
        </w:rPr>
        <w:lastRenderedPageBreak/>
        <w:t>A. Identifikace předkladatele a kontaktní údaje</w:t>
      </w:r>
    </w:p>
    <w:p w14:paraId="31380447" w14:textId="77777777" w:rsidR="0058317F" w:rsidRDefault="00000000">
      <w:pPr>
        <w:pStyle w:val="PoznamkaMAS"/>
      </w:pPr>
      <w:r>
        <w:rPr>
          <w:i w:val="0"/>
        </w:rPr>
        <w:t>Vyplňuje předkladatel záměru.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6804"/>
      </w:tblGrid>
      <w:tr w:rsidR="0058317F" w14:paraId="272855C9" w14:textId="77777777">
        <w:trPr>
          <w:cantSplit/>
          <w:jc w:val="center"/>
        </w:trPr>
        <w:tc>
          <w:tcPr>
            <w:tcW w:w="294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DDE8D4"/>
          </w:tcPr>
          <w:p w14:paraId="4D08EA4A" w14:textId="77777777" w:rsidR="0058317F" w:rsidRDefault="00000000">
            <w:r>
              <w:rPr>
                <w:b/>
                <w:color w:val="27391D"/>
                <w:sz w:val="18"/>
              </w:rPr>
              <w:t>Název subjektu / jméno předkladatele</w:t>
            </w:r>
          </w:p>
        </w:tc>
        <w:tc>
          <w:tcPr>
            <w:tcW w:w="680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6A10F232" w14:textId="77777777" w:rsidR="0058317F" w:rsidRDefault="00000000">
            <w:r>
              <w:rPr>
                <w:sz w:val="18"/>
              </w:rPr>
              <w:t>[doplňte přesný název podle rejstříku]</w:t>
            </w:r>
          </w:p>
        </w:tc>
      </w:tr>
      <w:tr w:rsidR="0058317F" w14:paraId="670D0326" w14:textId="77777777">
        <w:trPr>
          <w:cantSplit/>
          <w:jc w:val="center"/>
        </w:trPr>
        <w:tc>
          <w:tcPr>
            <w:tcW w:w="294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DDE8D4"/>
          </w:tcPr>
          <w:p w14:paraId="516FCFE4" w14:textId="77777777" w:rsidR="0058317F" w:rsidRDefault="00000000">
            <w:r>
              <w:rPr>
                <w:b/>
                <w:color w:val="27391D"/>
                <w:sz w:val="18"/>
              </w:rPr>
              <w:t>IČO / datum narození, pokud není IČO</w:t>
            </w:r>
          </w:p>
        </w:tc>
        <w:tc>
          <w:tcPr>
            <w:tcW w:w="680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49874FCB" w14:textId="77777777" w:rsidR="0058317F" w:rsidRDefault="00000000">
            <w:r>
              <w:rPr>
                <w:sz w:val="18"/>
              </w:rPr>
              <w:t>[doplňte]</w:t>
            </w:r>
          </w:p>
        </w:tc>
      </w:tr>
      <w:tr w:rsidR="0058317F" w14:paraId="384D7345" w14:textId="77777777">
        <w:trPr>
          <w:cantSplit/>
          <w:jc w:val="center"/>
        </w:trPr>
        <w:tc>
          <w:tcPr>
            <w:tcW w:w="294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DDE8D4"/>
          </w:tcPr>
          <w:p w14:paraId="793EB1ED" w14:textId="77777777" w:rsidR="0058317F" w:rsidRDefault="00000000">
            <w:r>
              <w:rPr>
                <w:b/>
                <w:color w:val="27391D"/>
                <w:sz w:val="18"/>
              </w:rPr>
              <w:t>Právní forma</w:t>
            </w:r>
          </w:p>
        </w:tc>
        <w:tc>
          <w:tcPr>
            <w:tcW w:w="680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753CCB3A" w14:textId="77777777" w:rsidR="0058317F" w:rsidRDefault="00000000">
            <w:r>
              <w:rPr>
                <w:sz w:val="18"/>
              </w:rPr>
              <w:t>[MAS / obec / DSO / NNO / podnikatel / příspěvková organizace / škola / jiná]</w:t>
            </w:r>
          </w:p>
        </w:tc>
      </w:tr>
      <w:tr w:rsidR="0058317F" w14:paraId="334C0EF8" w14:textId="77777777">
        <w:trPr>
          <w:cantSplit/>
          <w:jc w:val="center"/>
        </w:trPr>
        <w:tc>
          <w:tcPr>
            <w:tcW w:w="294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DDE8D4"/>
          </w:tcPr>
          <w:p w14:paraId="0E4BFA02" w14:textId="77777777" w:rsidR="0058317F" w:rsidRDefault="00000000">
            <w:r>
              <w:rPr>
                <w:b/>
                <w:color w:val="27391D"/>
                <w:sz w:val="18"/>
              </w:rPr>
              <w:t>Sídlo / adresa</w:t>
            </w:r>
          </w:p>
        </w:tc>
        <w:tc>
          <w:tcPr>
            <w:tcW w:w="680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13C2CD56" w14:textId="77777777" w:rsidR="0058317F" w:rsidRDefault="00000000">
            <w:r>
              <w:rPr>
                <w:sz w:val="18"/>
              </w:rPr>
              <w:t>[doplňte]</w:t>
            </w:r>
          </w:p>
        </w:tc>
      </w:tr>
      <w:tr w:rsidR="0058317F" w14:paraId="369E282B" w14:textId="77777777">
        <w:trPr>
          <w:cantSplit/>
          <w:jc w:val="center"/>
        </w:trPr>
        <w:tc>
          <w:tcPr>
            <w:tcW w:w="294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DDE8D4"/>
          </w:tcPr>
          <w:p w14:paraId="07E718D0" w14:textId="77777777" w:rsidR="0058317F" w:rsidRDefault="00000000">
            <w:r>
              <w:rPr>
                <w:b/>
                <w:color w:val="27391D"/>
                <w:sz w:val="18"/>
              </w:rPr>
              <w:t>Datová schránka</w:t>
            </w:r>
          </w:p>
        </w:tc>
        <w:tc>
          <w:tcPr>
            <w:tcW w:w="680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47AF9970" w14:textId="77777777" w:rsidR="0058317F" w:rsidRDefault="00000000">
            <w:r>
              <w:rPr>
                <w:sz w:val="18"/>
              </w:rPr>
              <w:t>[doplňte, pokud existuje]</w:t>
            </w:r>
          </w:p>
        </w:tc>
      </w:tr>
      <w:tr w:rsidR="0058317F" w14:paraId="76CE8FAB" w14:textId="77777777">
        <w:trPr>
          <w:cantSplit/>
          <w:jc w:val="center"/>
        </w:trPr>
        <w:tc>
          <w:tcPr>
            <w:tcW w:w="294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DDE8D4"/>
          </w:tcPr>
          <w:p w14:paraId="6C77C239" w14:textId="77777777" w:rsidR="0058317F" w:rsidRDefault="00000000">
            <w:r>
              <w:rPr>
                <w:b/>
                <w:color w:val="27391D"/>
                <w:sz w:val="18"/>
              </w:rPr>
              <w:t>Statutární zástupce</w:t>
            </w:r>
          </w:p>
        </w:tc>
        <w:tc>
          <w:tcPr>
            <w:tcW w:w="680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49630549" w14:textId="77777777" w:rsidR="0058317F" w:rsidRDefault="00000000">
            <w:r>
              <w:rPr>
                <w:sz w:val="18"/>
              </w:rPr>
              <w:t>[jméno, funkce]</w:t>
            </w:r>
          </w:p>
        </w:tc>
      </w:tr>
      <w:tr w:rsidR="0058317F" w14:paraId="6BEF0494" w14:textId="77777777">
        <w:trPr>
          <w:cantSplit/>
          <w:jc w:val="center"/>
        </w:trPr>
        <w:tc>
          <w:tcPr>
            <w:tcW w:w="294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DDE8D4"/>
          </w:tcPr>
          <w:p w14:paraId="6D6A7E44" w14:textId="77777777" w:rsidR="0058317F" w:rsidRDefault="00000000">
            <w:r>
              <w:rPr>
                <w:b/>
                <w:color w:val="27391D"/>
                <w:sz w:val="18"/>
              </w:rPr>
              <w:t>Kontaktní osoba pro záměr</w:t>
            </w:r>
          </w:p>
        </w:tc>
        <w:tc>
          <w:tcPr>
            <w:tcW w:w="680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297AED51" w14:textId="77777777" w:rsidR="0058317F" w:rsidRDefault="00000000">
            <w:r>
              <w:rPr>
                <w:sz w:val="18"/>
              </w:rPr>
              <w:t>[jméno, funkce]</w:t>
            </w:r>
          </w:p>
        </w:tc>
      </w:tr>
      <w:tr w:rsidR="0058317F" w14:paraId="3AF59AD1" w14:textId="77777777">
        <w:trPr>
          <w:cantSplit/>
          <w:jc w:val="center"/>
        </w:trPr>
        <w:tc>
          <w:tcPr>
            <w:tcW w:w="294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DDE8D4"/>
          </w:tcPr>
          <w:p w14:paraId="4B8F9EE5" w14:textId="77777777" w:rsidR="0058317F" w:rsidRDefault="00000000">
            <w:r>
              <w:rPr>
                <w:b/>
                <w:color w:val="27391D"/>
                <w:sz w:val="18"/>
              </w:rPr>
              <w:t>E-mail a telefon</w:t>
            </w:r>
          </w:p>
        </w:tc>
        <w:tc>
          <w:tcPr>
            <w:tcW w:w="680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5FCF9E37" w14:textId="77777777" w:rsidR="0058317F" w:rsidRDefault="00000000">
            <w:r>
              <w:rPr>
                <w:sz w:val="18"/>
              </w:rPr>
              <w:t>[doplňte]</w:t>
            </w:r>
          </w:p>
        </w:tc>
      </w:tr>
      <w:tr w:rsidR="0058317F" w14:paraId="777D9058" w14:textId="77777777">
        <w:trPr>
          <w:cantSplit/>
          <w:jc w:val="center"/>
        </w:trPr>
        <w:tc>
          <w:tcPr>
            <w:tcW w:w="294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DDE8D4"/>
          </w:tcPr>
          <w:p w14:paraId="7599B6DF" w14:textId="059E45AB" w:rsidR="0058317F" w:rsidRDefault="005B6E6F">
            <w:proofErr w:type="spellStart"/>
            <w:r>
              <w:rPr>
                <w:b/>
                <w:color w:val="27391D"/>
                <w:sz w:val="18"/>
              </w:rPr>
              <w:t>Spolupracující</w:t>
            </w:r>
            <w:proofErr w:type="spellEnd"/>
            <w:r>
              <w:rPr>
                <w:b/>
                <w:color w:val="27391D"/>
                <w:sz w:val="18"/>
              </w:rPr>
              <w:t xml:space="preserve"> </w:t>
            </w:r>
            <w:proofErr w:type="spellStart"/>
            <w:r>
              <w:rPr>
                <w:b/>
                <w:color w:val="27391D"/>
                <w:sz w:val="18"/>
              </w:rPr>
              <w:t>subjekty</w:t>
            </w:r>
            <w:proofErr w:type="spellEnd"/>
            <w:r>
              <w:rPr>
                <w:b/>
                <w:color w:val="27391D"/>
                <w:sz w:val="18"/>
              </w:rPr>
              <w:t xml:space="preserve"> </w:t>
            </w:r>
            <w:proofErr w:type="spellStart"/>
            <w:r>
              <w:rPr>
                <w:b/>
                <w:color w:val="27391D"/>
                <w:sz w:val="18"/>
              </w:rPr>
              <w:t>projektu</w:t>
            </w:r>
            <w:proofErr w:type="spellEnd"/>
          </w:p>
        </w:tc>
        <w:tc>
          <w:tcPr>
            <w:tcW w:w="680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25097942" w14:textId="77777777" w:rsidR="0058317F" w:rsidRDefault="00000000">
            <w:r>
              <w:rPr>
                <w:sz w:val="18"/>
              </w:rPr>
              <w:t>[ ] KMAS  [ ] SMAS  [ ] partner s nárokem na dotaci  [ ] partner bez nároku na dotaci  [ ] dodavatel / jiná role</w:t>
            </w:r>
          </w:p>
        </w:tc>
      </w:tr>
    </w:tbl>
    <w:p w14:paraId="0F0F3860" w14:textId="77777777" w:rsidR="0058317F" w:rsidRDefault="00000000">
      <w:pPr>
        <w:pStyle w:val="Nadpis1"/>
      </w:pPr>
      <w:r>
        <w:rPr>
          <w:rFonts w:ascii="Arial" w:hAnsi="Arial" w:cs="Arial"/>
        </w:rPr>
        <w:t>B. Základní popis projektového záměru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17"/>
        <w:gridCol w:w="6949"/>
      </w:tblGrid>
      <w:tr w:rsidR="0058317F" w14:paraId="039024BD" w14:textId="77777777" w:rsidTr="005B6E6F">
        <w:trPr>
          <w:cantSplit/>
          <w:jc w:val="center"/>
        </w:trPr>
        <w:tc>
          <w:tcPr>
            <w:tcW w:w="342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DDE8D4"/>
          </w:tcPr>
          <w:p w14:paraId="55F263EF" w14:textId="77777777" w:rsidR="0058317F" w:rsidRDefault="00000000">
            <w:r>
              <w:rPr>
                <w:b/>
                <w:color w:val="27391D"/>
                <w:sz w:val="18"/>
              </w:rPr>
              <w:t>Pracovní název projektu</w:t>
            </w:r>
          </w:p>
        </w:tc>
        <w:tc>
          <w:tcPr>
            <w:tcW w:w="697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4EF0B658" w14:textId="77777777" w:rsidR="0058317F" w:rsidRDefault="00000000">
            <w:r>
              <w:rPr>
                <w:sz w:val="18"/>
              </w:rPr>
              <w:t>[doplňte]</w:t>
            </w:r>
          </w:p>
        </w:tc>
      </w:tr>
      <w:tr w:rsidR="0058317F" w14:paraId="4DD1C8B0" w14:textId="77777777" w:rsidTr="005B6E6F">
        <w:trPr>
          <w:cantSplit/>
          <w:jc w:val="center"/>
        </w:trPr>
        <w:tc>
          <w:tcPr>
            <w:tcW w:w="342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DDE8D4"/>
          </w:tcPr>
          <w:p w14:paraId="7D3BDA7C" w14:textId="77777777" w:rsidR="0058317F" w:rsidRDefault="00000000">
            <w:proofErr w:type="spellStart"/>
            <w:r>
              <w:rPr>
                <w:b/>
                <w:color w:val="27391D"/>
                <w:sz w:val="18"/>
              </w:rPr>
              <w:t>Stručné</w:t>
            </w:r>
            <w:proofErr w:type="spellEnd"/>
            <w:r>
              <w:rPr>
                <w:b/>
                <w:color w:val="27391D"/>
                <w:sz w:val="18"/>
              </w:rPr>
              <w:t xml:space="preserve"> </w:t>
            </w:r>
            <w:proofErr w:type="spellStart"/>
            <w:r>
              <w:rPr>
                <w:b/>
                <w:color w:val="27391D"/>
                <w:sz w:val="18"/>
              </w:rPr>
              <w:t>shrnutí</w:t>
            </w:r>
            <w:proofErr w:type="spellEnd"/>
            <w:r>
              <w:rPr>
                <w:b/>
                <w:color w:val="27391D"/>
                <w:sz w:val="18"/>
              </w:rPr>
              <w:t xml:space="preserve"> </w:t>
            </w:r>
            <w:proofErr w:type="spellStart"/>
            <w:r>
              <w:rPr>
                <w:b/>
                <w:color w:val="27391D"/>
                <w:sz w:val="18"/>
              </w:rPr>
              <w:t>záměru</w:t>
            </w:r>
            <w:proofErr w:type="spellEnd"/>
          </w:p>
        </w:tc>
        <w:tc>
          <w:tcPr>
            <w:tcW w:w="697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7C39BB42" w14:textId="77777777" w:rsidR="0058317F" w:rsidRDefault="00000000">
            <w:r>
              <w:rPr>
                <w:sz w:val="18"/>
              </w:rPr>
              <w:t>[max. 8-10 vět: co se bude dělat, s kým, kde a proč]</w:t>
            </w:r>
          </w:p>
        </w:tc>
      </w:tr>
      <w:tr w:rsidR="0058317F" w14:paraId="1FB6D901" w14:textId="77777777" w:rsidTr="005B6E6F">
        <w:trPr>
          <w:cantSplit/>
          <w:jc w:val="center"/>
        </w:trPr>
        <w:tc>
          <w:tcPr>
            <w:tcW w:w="342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DDE8D4"/>
          </w:tcPr>
          <w:p w14:paraId="040CEF91" w14:textId="77777777" w:rsidR="0058317F" w:rsidRDefault="00000000">
            <w:r>
              <w:rPr>
                <w:b/>
                <w:color w:val="27391D"/>
                <w:sz w:val="18"/>
              </w:rPr>
              <w:t>Místo/místa realizace</w:t>
            </w:r>
          </w:p>
        </w:tc>
        <w:tc>
          <w:tcPr>
            <w:tcW w:w="697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7F4F492A" w14:textId="77777777" w:rsidR="0058317F" w:rsidRDefault="00000000">
            <w:r>
              <w:rPr>
                <w:sz w:val="18"/>
              </w:rPr>
              <w:t>[obec, katastrální území, místo konání akce, umístění majetku]</w:t>
            </w:r>
          </w:p>
        </w:tc>
      </w:tr>
      <w:tr w:rsidR="0058317F" w14:paraId="071F9EEA" w14:textId="77777777" w:rsidTr="005B6E6F">
        <w:trPr>
          <w:cantSplit/>
          <w:jc w:val="center"/>
        </w:trPr>
        <w:tc>
          <w:tcPr>
            <w:tcW w:w="342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DDE8D4"/>
          </w:tcPr>
          <w:p w14:paraId="44AFC1DF" w14:textId="77777777" w:rsidR="0058317F" w:rsidRDefault="00000000">
            <w:r>
              <w:rPr>
                <w:b/>
                <w:color w:val="27391D"/>
                <w:sz w:val="18"/>
              </w:rPr>
              <w:t>Územní dopad</w:t>
            </w:r>
          </w:p>
        </w:tc>
        <w:tc>
          <w:tcPr>
            <w:tcW w:w="697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25AD5EEE" w14:textId="77777777" w:rsidR="0058317F" w:rsidRDefault="00000000">
            <w:r>
              <w:rPr>
                <w:sz w:val="18"/>
              </w:rPr>
              <w:t>[popište, pro které obce/část území MAS bude projekt přínosný]</w:t>
            </w:r>
          </w:p>
        </w:tc>
      </w:tr>
      <w:tr w:rsidR="0058317F" w14:paraId="3AFF1849" w14:textId="77777777" w:rsidTr="005B6E6F">
        <w:trPr>
          <w:cantSplit/>
          <w:jc w:val="center"/>
        </w:trPr>
        <w:tc>
          <w:tcPr>
            <w:tcW w:w="342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DDE8D4"/>
          </w:tcPr>
          <w:p w14:paraId="6320314D" w14:textId="77777777" w:rsidR="0058317F" w:rsidRDefault="00000000">
            <w:r>
              <w:rPr>
                <w:b/>
                <w:color w:val="27391D"/>
                <w:sz w:val="18"/>
              </w:rPr>
              <w:t>Předpokládaný termín zahájení</w:t>
            </w:r>
          </w:p>
        </w:tc>
        <w:tc>
          <w:tcPr>
            <w:tcW w:w="697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65103CF3" w14:textId="77777777" w:rsidR="0058317F" w:rsidRDefault="00000000">
            <w:r>
              <w:rPr>
                <w:sz w:val="18"/>
              </w:rPr>
              <w:t>[měsíc/rok; realizace projektu je možná po podání Žádosti o dotaci, u kódu 001 jsou výdaje způsobilé od 1. 1. 2023]</w:t>
            </w:r>
          </w:p>
        </w:tc>
      </w:tr>
      <w:tr w:rsidR="0058317F" w14:paraId="59F82249" w14:textId="77777777" w:rsidTr="005B6E6F">
        <w:trPr>
          <w:cantSplit/>
          <w:jc w:val="center"/>
        </w:trPr>
        <w:tc>
          <w:tcPr>
            <w:tcW w:w="342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DDE8D4"/>
          </w:tcPr>
          <w:p w14:paraId="67537279" w14:textId="77777777" w:rsidR="0058317F" w:rsidRDefault="00000000">
            <w:r>
              <w:rPr>
                <w:b/>
                <w:color w:val="27391D"/>
                <w:sz w:val="18"/>
              </w:rPr>
              <w:t>Předpokládaný termín ukončení</w:t>
            </w:r>
          </w:p>
        </w:tc>
        <w:tc>
          <w:tcPr>
            <w:tcW w:w="697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075B7084" w14:textId="77777777" w:rsidR="0058317F" w:rsidRDefault="00000000">
            <w:r>
              <w:rPr>
                <w:sz w:val="18"/>
              </w:rPr>
              <w:t>[měsíc/rok; projekt musí být realizován a Žádost o platbu podána nejpozději do 36 měsíců od podpisu Dohody]</w:t>
            </w:r>
          </w:p>
        </w:tc>
      </w:tr>
      <w:tr w:rsidR="0058317F" w14:paraId="31426595" w14:textId="77777777" w:rsidTr="005B6E6F">
        <w:trPr>
          <w:cantSplit/>
          <w:jc w:val="center"/>
        </w:trPr>
        <w:tc>
          <w:tcPr>
            <w:tcW w:w="10399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27391D"/>
          </w:tcPr>
          <w:p w14:paraId="1F483C6A" w14:textId="77777777" w:rsidR="0058317F" w:rsidRDefault="00000000">
            <w:r>
              <w:rPr>
                <w:b/>
                <w:color w:val="FFFFFF"/>
                <w:sz w:val="18"/>
              </w:rPr>
              <w:t>B.1 Výchozí stav a problém/potřeba v území</w:t>
            </w:r>
          </w:p>
        </w:tc>
      </w:tr>
      <w:tr w:rsidR="0058317F" w14:paraId="3982627C" w14:textId="77777777" w:rsidTr="005B6E6F">
        <w:trPr>
          <w:cantSplit/>
          <w:jc w:val="center"/>
        </w:trPr>
        <w:tc>
          <w:tcPr>
            <w:tcW w:w="10399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7AB42E06" w14:textId="2A58361F" w:rsidR="00DB07B8" w:rsidRDefault="00000000">
            <w:pPr>
              <w:rPr>
                <w:sz w:val="17"/>
              </w:rPr>
            </w:pPr>
            <w:r>
              <w:rPr>
                <w:sz w:val="17"/>
              </w:rPr>
              <w:t xml:space="preserve">Popište, jaký problém nebo rozvojová potřeba je v území řešena, koho se týká, jak byla zjištěna a proč ji nelze </w:t>
            </w:r>
            <w:proofErr w:type="spellStart"/>
            <w:r>
              <w:rPr>
                <w:sz w:val="17"/>
              </w:rPr>
              <w:t>vhodně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řešit</w:t>
            </w:r>
            <w:proofErr w:type="spellEnd"/>
            <w:r>
              <w:rPr>
                <w:sz w:val="17"/>
              </w:rPr>
              <w:t xml:space="preserve"> bez </w:t>
            </w:r>
            <w:proofErr w:type="spellStart"/>
            <w:r>
              <w:rPr>
                <w:sz w:val="17"/>
              </w:rPr>
              <w:t>spolupráce</w:t>
            </w:r>
            <w:proofErr w:type="spellEnd"/>
            <w:r>
              <w:rPr>
                <w:sz w:val="17"/>
              </w:rPr>
              <w:t>.</w:t>
            </w:r>
            <w:r w:rsidR="008370F4">
              <w:rPr>
                <w:sz w:val="17"/>
              </w:rPr>
              <w:t xml:space="preserve"> </w:t>
            </w:r>
            <w:proofErr w:type="spellStart"/>
            <w:r w:rsidR="008370F4">
              <w:rPr>
                <w:sz w:val="17"/>
              </w:rPr>
              <w:t>Popište</w:t>
            </w:r>
            <w:proofErr w:type="spellEnd"/>
            <w:r w:rsidR="008370F4">
              <w:rPr>
                <w:sz w:val="17"/>
              </w:rPr>
              <w:t xml:space="preserve"> </w:t>
            </w:r>
            <w:proofErr w:type="spellStart"/>
            <w:r w:rsidR="008370F4">
              <w:rPr>
                <w:sz w:val="17"/>
              </w:rPr>
              <w:t>přidanou</w:t>
            </w:r>
            <w:proofErr w:type="spellEnd"/>
            <w:r w:rsidR="008370F4">
              <w:rPr>
                <w:sz w:val="17"/>
              </w:rPr>
              <w:t xml:space="preserve"> </w:t>
            </w:r>
            <w:proofErr w:type="spellStart"/>
            <w:r w:rsidR="008370F4">
              <w:rPr>
                <w:sz w:val="17"/>
              </w:rPr>
              <w:t>hodnotu</w:t>
            </w:r>
            <w:proofErr w:type="spellEnd"/>
            <w:r w:rsidR="008370F4">
              <w:rPr>
                <w:sz w:val="17"/>
              </w:rPr>
              <w:t xml:space="preserve"> </w:t>
            </w:r>
            <w:proofErr w:type="spellStart"/>
            <w:r w:rsidR="008370F4">
              <w:rPr>
                <w:sz w:val="17"/>
              </w:rPr>
              <w:t>spolupráce</w:t>
            </w:r>
            <w:proofErr w:type="spellEnd"/>
            <w:r w:rsidR="008370F4">
              <w:rPr>
                <w:sz w:val="17"/>
              </w:rPr>
              <w:t xml:space="preserve">, </w:t>
            </w:r>
            <w:proofErr w:type="spellStart"/>
            <w:r w:rsidR="008370F4">
              <w:rPr>
                <w:sz w:val="17"/>
              </w:rPr>
              <w:t>tj</w:t>
            </w:r>
            <w:proofErr w:type="spellEnd"/>
            <w:r w:rsidR="008370F4">
              <w:rPr>
                <w:sz w:val="17"/>
              </w:rPr>
              <w:t xml:space="preserve">. Activity a </w:t>
            </w:r>
            <w:proofErr w:type="spellStart"/>
            <w:r w:rsidR="008370F4">
              <w:rPr>
                <w:sz w:val="17"/>
              </w:rPr>
              <w:t>přínosy</w:t>
            </w:r>
            <w:proofErr w:type="spellEnd"/>
            <w:r w:rsidR="008370F4">
              <w:rPr>
                <w:sz w:val="17"/>
              </w:rPr>
              <w:t xml:space="preserve">, </w:t>
            </w:r>
            <w:proofErr w:type="spellStart"/>
            <w:r w:rsidR="008370F4">
              <w:rPr>
                <w:sz w:val="17"/>
              </w:rPr>
              <w:t>které</w:t>
            </w:r>
            <w:proofErr w:type="spellEnd"/>
            <w:r w:rsidR="008370F4">
              <w:rPr>
                <w:sz w:val="17"/>
              </w:rPr>
              <w:t xml:space="preserve"> by </w:t>
            </w:r>
            <w:proofErr w:type="spellStart"/>
            <w:r w:rsidR="008370F4">
              <w:rPr>
                <w:sz w:val="17"/>
              </w:rPr>
              <w:t>jinak</w:t>
            </w:r>
            <w:proofErr w:type="spellEnd"/>
            <w:r w:rsidR="008370F4">
              <w:rPr>
                <w:sz w:val="17"/>
              </w:rPr>
              <w:t xml:space="preserve"> </w:t>
            </w:r>
            <w:proofErr w:type="spellStart"/>
            <w:r w:rsidR="008370F4">
              <w:rPr>
                <w:sz w:val="17"/>
              </w:rPr>
              <w:t>nevznikly</w:t>
            </w:r>
            <w:proofErr w:type="spellEnd"/>
            <w:r w:rsidR="008370F4">
              <w:rPr>
                <w:sz w:val="17"/>
              </w:rPr>
              <w:t>.</w:t>
            </w:r>
            <w:r>
              <w:rPr>
                <w:sz w:val="17"/>
              </w:rPr>
              <w:br/>
            </w:r>
          </w:p>
          <w:p w14:paraId="2CC0441C" w14:textId="77777777" w:rsidR="00DB07B8" w:rsidRDefault="00DB07B8">
            <w:pPr>
              <w:rPr>
                <w:sz w:val="17"/>
              </w:rPr>
            </w:pPr>
          </w:p>
          <w:p w14:paraId="219DDBC6" w14:textId="77777777" w:rsidR="00DB07B8" w:rsidRDefault="00DB07B8">
            <w:pPr>
              <w:rPr>
                <w:sz w:val="17"/>
              </w:rPr>
            </w:pPr>
          </w:p>
          <w:p w14:paraId="1801600B" w14:textId="77777777" w:rsidR="00DB07B8" w:rsidRDefault="00DB07B8">
            <w:pPr>
              <w:rPr>
                <w:sz w:val="17"/>
              </w:rPr>
            </w:pPr>
          </w:p>
          <w:p w14:paraId="0E48DF94" w14:textId="77777777" w:rsidR="00DB07B8" w:rsidRDefault="00DB07B8">
            <w:pPr>
              <w:rPr>
                <w:sz w:val="17"/>
              </w:rPr>
            </w:pPr>
          </w:p>
          <w:p w14:paraId="0BB3D129" w14:textId="77777777" w:rsidR="00DB07B8" w:rsidRDefault="00DB07B8">
            <w:pPr>
              <w:rPr>
                <w:sz w:val="17"/>
              </w:rPr>
            </w:pPr>
          </w:p>
          <w:p w14:paraId="1EB0517A" w14:textId="77777777" w:rsidR="00DB07B8" w:rsidRDefault="00DB07B8">
            <w:pPr>
              <w:rPr>
                <w:sz w:val="17"/>
              </w:rPr>
            </w:pPr>
          </w:p>
          <w:p w14:paraId="456083F3" w14:textId="77777777" w:rsidR="00DB07B8" w:rsidRDefault="00DB07B8">
            <w:pPr>
              <w:rPr>
                <w:sz w:val="17"/>
              </w:rPr>
            </w:pPr>
          </w:p>
          <w:p w14:paraId="4202E5C7" w14:textId="77777777" w:rsidR="00DB07B8" w:rsidRDefault="00DB07B8">
            <w:pPr>
              <w:rPr>
                <w:sz w:val="17"/>
              </w:rPr>
            </w:pPr>
          </w:p>
          <w:p w14:paraId="5B3FCC02" w14:textId="22B2D786" w:rsidR="0058317F" w:rsidRDefault="00000000">
            <w:r>
              <w:rPr>
                <w:sz w:val="17"/>
              </w:rPr>
              <w:br/>
            </w:r>
          </w:p>
        </w:tc>
      </w:tr>
      <w:tr w:rsidR="0058317F" w14:paraId="289B1325" w14:textId="77777777" w:rsidTr="005B6E6F">
        <w:trPr>
          <w:cantSplit/>
          <w:jc w:val="center"/>
        </w:trPr>
        <w:tc>
          <w:tcPr>
            <w:tcW w:w="10399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27391D"/>
          </w:tcPr>
          <w:p w14:paraId="5A090F41" w14:textId="77777777" w:rsidR="0058317F" w:rsidRDefault="00000000">
            <w:r>
              <w:rPr>
                <w:b/>
                <w:color w:val="FFFFFF"/>
                <w:sz w:val="18"/>
              </w:rPr>
              <w:lastRenderedPageBreak/>
              <w:t>B.2 Cíle projektu</w:t>
            </w:r>
          </w:p>
        </w:tc>
      </w:tr>
      <w:tr w:rsidR="0058317F" w14:paraId="36BB6145" w14:textId="77777777" w:rsidTr="005B6E6F">
        <w:trPr>
          <w:cantSplit/>
          <w:jc w:val="center"/>
        </w:trPr>
        <w:tc>
          <w:tcPr>
            <w:tcW w:w="10399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6F19E27A" w14:textId="77777777" w:rsidR="0058317F" w:rsidRDefault="00000000">
            <w:r>
              <w:rPr>
                <w:sz w:val="17"/>
              </w:rPr>
              <w:t>Uveďte konkrétní a měřitelné cíle. Doporučení: rozlišit hlavní cíl, dílčí cíle a očekávané změny v území.</w:t>
            </w:r>
            <w:r>
              <w:rPr>
                <w:sz w:val="17"/>
              </w:rPr>
              <w:br/>
            </w:r>
          </w:p>
          <w:p w14:paraId="0C04C6EA" w14:textId="77777777" w:rsidR="00DB07B8" w:rsidRDefault="00DB07B8"/>
          <w:p w14:paraId="43F79FC7" w14:textId="77777777" w:rsidR="00DB07B8" w:rsidRDefault="00DB07B8"/>
          <w:p w14:paraId="1D6DA296" w14:textId="77777777" w:rsidR="00DB07B8" w:rsidRDefault="00DB07B8"/>
          <w:p w14:paraId="1CD37E8C" w14:textId="77777777" w:rsidR="00DB07B8" w:rsidRDefault="00DB07B8"/>
          <w:p w14:paraId="41939281" w14:textId="77777777" w:rsidR="00DB07B8" w:rsidRDefault="00DB07B8"/>
          <w:p w14:paraId="3AF79EB3" w14:textId="77777777" w:rsidR="00DB07B8" w:rsidRDefault="00DB07B8"/>
          <w:p w14:paraId="5B8F508B" w14:textId="77777777" w:rsidR="00DB07B8" w:rsidRDefault="00DB07B8"/>
          <w:p w14:paraId="571342AC" w14:textId="77777777" w:rsidR="00DB07B8" w:rsidRDefault="00DB07B8"/>
          <w:p w14:paraId="060CA43D" w14:textId="77777777" w:rsidR="00DB07B8" w:rsidRDefault="00DB07B8"/>
          <w:p w14:paraId="2274CD14" w14:textId="77777777" w:rsidR="00DB07B8" w:rsidRDefault="00DB07B8"/>
          <w:p w14:paraId="603A46CF" w14:textId="0435E2AE" w:rsidR="00DB07B8" w:rsidRDefault="00DB07B8"/>
        </w:tc>
      </w:tr>
      <w:tr w:rsidR="0058317F" w14:paraId="117E1A35" w14:textId="77777777" w:rsidTr="005B6E6F">
        <w:trPr>
          <w:cantSplit/>
          <w:jc w:val="center"/>
        </w:trPr>
        <w:tc>
          <w:tcPr>
            <w:tcW w:w="10399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27391D"/>
          </w:tcPr>
          <w:p w14:paraId="4D8F6763" w14:textId="77777777" w:rsidR="0058317F" w:rsidRDefault="00000000">
            <w:r>
              <w:rPr>
                <w:b/>
                <w:color w:val="FFFFFF"/>
                <w:sz w:val="18"/>
              </w:rPr>
              <w:t>B.3 Cílové skupiny a uživatelé výstupů</w:t>
            </w:r>
          </w:p>
        </w:tc>
      </w:tr>
      <w:tr w:rsidR="0058317F" w14:paraId="3F205F7E" w14:textId="77777777" w:rsidTr="005B6E6F">
        <w:trPr>
          <w:cantSplit/>
          <w:jc w:val="center"/>
        </w:trPr>
        <w:tc>
          <w:tcPr>
            <w:tcW w:w="10399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1CEC2965" w14:textId="57D21F03" w:rsidR="0058317F" w:rsidRDefault="00000000">
            <w:r>
              <w:rPr>
                <w:sz w:val="17"/>
              </w:rPr>
              <w:t xml:space="preserve">Popište cílové skupiny, předpokládaný počet zapojených osob/subjektů, způsob oslovení a </w:t>
            </w:r>
            <w:proofErr w:type="spellStart"/>
            <w:r>
              <w:rPr>
                <w:sz w:val="17"/>
              </w:rPr>
              <w:t>přínos</w:t>
            </w:r>
            <w:proofErr w:type="spellEnd"/>
            <w:r>
              <w:rPr>
                <w:sz w:val="17"/>
              </w:rPr>
              <w:t xml:space="preserve"> pro </w:t>
            </w:r>
            <w:proofErr w:type="spellStart"/>
            <w:r>
              <w:rPr>
                <w:sz w:val="17"/>
              </w:rPr>
              <w:t>ně</w:t>
            </w:r>
            <w:proofErr w:type="spellEnd"/>
            <w:r>
              <w:rPr>
                <w:sz w:val="17"/>
              </w:rPr>
              <w:t>.</w:t>
            </w:r>
            <w:r w:rsidR="008370F4">
              <w:rPr>
                <w:sz w:val="17"/>
              </w:rPr>
              <w:t xml:space="preserve"> </w:t>
            </w:r>
            <w:proofErr w:type="spellStart"/>
            <w:r w:rsidR="008370F4">
              <w:rPr>
                <w:sz w:val="17"/>
              </w:rPr>
              <w:t>Popište</w:t>
            </w:r>
            <w:proofErr w:type="spellEnd"/>
            <w:r w:rsidR="008370F4">
              <w:rPr>
                <w:sz w:val="17"/>
              </w:rPr>
              <w:t xml:space="preserve"> </w:t>
            </w:r>
            <w:proofErr w:type="spellStart"/>
            <w:r w:rsidR="008370F4">
              <w:rPr>
                <w:sz w:val="17"/>
              </w:rPr>
              <w:t>udržitelnost</w:t>
            </w:r>
            <w:proofErr w:type="spellEnd"/>
            <w:r w:rsidR="008370F4">
              <w:rPr>
                <w:sz w:val="17"/>
              </w:rPr>
              <w:t xml:space="preserve"> </w:t>
            </w:r>
            <w:proofErr w:type="spellStart"/>
            <w:r w:rsidR="008370F4">
              <w:rPr>
                <w:sz w:val="17"/>
              </w:rPr>
              <w:t>projektu</w:t>
            </w:r>
            <w:proofErr w:type="spellEnd"/>
            <w:r w:rsidR="008370F4">
              <w:rPr>
                <w:sz w:val="17"/>
              </w:rPr>
              <w:t>.</w:t>
            </w:r>
            <w:r>
              <w:rPr>
                <w:sz w:val="17"/>
              </w:rPr>
              <w:br/>
            </w:r>
          </w:p>
          <w:p w14:paraId="3D6009E3" w14:textId="77777777" w:rsidR="00DB07B8" w:rsidRDefault="00DB07B8"/>
          <w:p w14:paraId="3E27D89F" w14:textId="77777777" w:rsidR="00DB07B8" w:rsidRDefault="00DB07B8"/>
          <w:p w14:paraId="46F9CCBB" w14:textId="77777777" w:rsidR="00DB07B8" w:rsidRDefault="00DB07B8"/>
          <w:p w14:paraId="65E8B4EF" w14:textId="77777777" w:rsidR="00DB07B8" w:rsidRDefault="00DB07B8"/>
          <w:p w14:paraId="00796826" w14:textId="77777777" w:rsidR="00DB07B8" w:rsidRDefault="00DB07B8"/>
          <w:p w14:paraId="53920B72" w14:textId="77777777" w:rsidR="00DB07B8" w:rsidRDefault="00DB07B8"/>
          <w:p w14:paraId="09A79765" w14:textId="77777777" w:rsidR="00DB07B8" w:rsidRDefault="00DB07B8"/>
          <w:p w14:paraId="0E2CCE7C" w14:textId="77777777" w:rsidR="00DB07B8" w:rsidRDefault="00DB07B8"/>
          <w:p w14:paraId="043AAC48" w14:textId="77777777" w:rsidR="00DB07B8" w:rsidRDefault="00DB07B8"/>
          <w:p w14:paraId="68483680" w14:textId="77777777" w:rsidR="00DB07B8" w:rsidRDefault="00DB07B8"/>
          <w:p w14:paraId="36796FDC" w14:textId="77777777" w:rsidR="00DB07B8" w:rsidRDefault="00DB07B8"/>
          <w:p w14:paraId="010F8D55" w14:textId="77777777" w:rsidR="00DB07B8" w:rsidRDefault="00DB07B8"/>
          <w:p w14:paraId="3C8EE202" w14:textId="77777777" w:rsidR="00DB07B8" w:rsidRDefault="00DB07B8"/>
          <w:p w14:paraId="0A85619E" w14:textId="77777777" w:rsidR="00DB07B8" w:rsidRDefault="00DB07B8"/>
          <w:p w14:paraId="7865C742" w14:textId="77777777" w:rsidR="00DB07B8" w:rsidRDefault="00DB07B8"/>
          <w:p w14:paraId="2DC0238B" w14:textId="55683C00" w:rsidR="00DB07B8" w:rsidRDefault="00DB07B8"/>
        </w:tc>
      </w:tr>
    </w:tbl>
    <w:p w14:paraId="50431A97" w14:textId="32821FE6" w:rsidR="0058317F" w:rsidRDefault="00DB07B8">
      <w:pPr>
        <w:pStyle w:val="Nadpis1"/>
      </w:pPr>
      <w:r>
        <w:rPr>
          <w:rFonts w:ascii="Arial" w:hAnsi="Arial" w:cs="Arial"/>
        </w:rPr>
        <w:lastRenderedPageBreak/>
        <w:t>C. Rozpočet, financování a režim podpory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47"/>
        <w:gridCol w:w="6019"/>
      </w:tblGrid>
      <w:tr w:rsidR="0058317F" w14:paraId="4583D683" w14:textId="77777777" w:rsidTr="004652DD">
        <w:trPr>
          <w:cantSplit/>
          <w:jc w:val="center"/>
        </w:trPr>
        <w:tc>
          <w:tcPr>
            <w:tcW w:w="434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DDE8D4"/>
          </w:tcPr>
          <w:p w14:paraId="12C98256" w14:textId="77777777" w:rsidR="0058317F" w:rsidRDefault="00000000">
            <w:proofErr w:type="spellStart"/>
            <w:r>
              <w:rPr>
                <w:b/>
                <w:color w:val="27391D"/>
                <w:sz w:val="18"/>
              </w:rPr>
              <w:t>Celkové</w:t>
            </w:r>
            <w:proofErr w:type="spellEnd"/>
            <w:r>
              <w:rPr>
                <w:b/>
                <w:color w:val="27391D"/>
                <w:sz w:val="18"/>
              </w:rPr>
              <w:t xml:space="preserve"> </w:t>
            </w:r>
            <w:proofErr w:type="spellStart"/>
            <w:r>
              <w:rPr>
                <w:b/>
                <w:color w:val="27391D"/>
                <w:sz w:val="18"/>
              </w:rPr>
              <w:t>výdaje</w:t>
            </w:r>
            <w:proofErr w:type="spellEnd"/>
            <w:r>
              <w:rPr>
                <w:b/>
                <w:color w:val="27391D"/>
                <w:sz w:val="18"/>
              </w:rPr>
              <w:t xml:space="preserve"> </w:t>
            </w:r>
            <w:proofErr w:type="spellStart"/>
            <w:r>
              <w:rPr>
                <w:b/>
                <w:color w:val="27391D"/>
                <w:sz w:val="18"/>
              </w:rPr>
              <w:t>projektu</w:t>
            </w:r>
            <w:proofErr w:type="spellEnd"/>
          </w:p>
        </w:tc>
        <w:tc>
          <w:tcPr>
            <w:tcW w:w="60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5799E21A" w14:textId="77777777" w:rsidR="0058317F" w:rsidRDefault="00000000">
            <w:r>
              <w:rPr>
                <w:sz w:val="18"/>
              </w:rPr>
              <w:t>[Kč]</w:t>
            </w:r>
          </w:p>
        </w:tc>
      </w:tr>
      <w:tr w:rsidR="0058317F" w14:paraId="3CA4EA86" w14:textId="77777777" w:rsidTr="004652DD">
        <w:trPr>
          <w:cantSplit/>
          <w:jc w:val="center"/>
        </w:trPr>
        <w:tc>
          <w:tcPr>
            <w:tcW w:w="434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DDE8D4"/>
          </w:tcPr>
          <w:p w14:paraId="6DC93BF9" w14:textId="77777777" w:rsidR="0058317F" w:rsidRDefault="00000000">
            <w:r>
              <w:rPr>
                <w:b/>
                <w:color w:val="27391D"/>
                <w:sz w:val="18"/>
              </w:rPr>
              <w:t>Celkové způsobilé výdaje</w:t>
            </w:r>
          </w:p>
        </w:tc>
        <w:tc>
          <w:tcPr>
            <w:tcW w:w="60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5C0EBE3C" w14:textId="77777777" w:rsidR="0058317F" w:rsidRDefault="00000000">
            <w:r>
              <w:rPr>
                <w:sz w:val="18"/>
              </w:rPr>
              <w:t>[Kč]</w:t>
            </w:r>
          </w:p>
        </w:tc>
      </w:tr>
      <w:tr w:rsidR="0058317F" w14:paraId="5B2BCAA9" w14:textId="77777777" w:rsidTr="004652DD">
        <w:trPr>
          <w:cantSplit/>
          <w:jc w:val="center"/>
        </w:trPr>
        <w:tc>
          <w:tcPr>
            <w:tcW w:w="434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DDE8D4"/>
          </w:tcPr>
          <w:p w14:paraId="1DC5F1A5" w14:textId="77777777" w:rsidR="0058317F" w:rsidRDefault="00000000">
            <w:r>
              <w:rPr>
                <w:b/>
                <w:color w:val="27391D"/>
                <w:sz w:val="18"/>
              </w:rPr>
              <w:t>Celková požadovaná dotace</w:t>
            </w:r>
          </w:p>
        </w:tc>
        <w:tc>
          <w:tcPr>
            <w:tcW w:w="60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4DD40E0C" w14:textId="77777777" w:rsidR="0058317F" w:rsidRDefault="00000000">
            <w:r>
              <w:rPr>
                <w:sz w:val="18"/>
              </w:rPr>
              <w:t>[Kč]</w:t>
            </w:r>
          </w:p>
        </w:tc>
      </w:tr>
      <w:tr w:rsidR="004652DD" w14:paraId="02805A5A" w14:textId="77777777" w:rsidTr="004652DD">
        <w:trPr>
          <w:cantSplit/>
          <w:jc w:val="center"/>
        </w:trPr>
        <w:tc>
          <w:tcPr>
            <w:tcW w:w="434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DDE8D4"/>
          </w:tcPr>
          <w:p w14:paraId="31AFC112" w14:textId="003B9B97" w:rsidR="004652DD" w:rsidRDefault="004652DD">
            <w:pPr>
              <w:rPr>
                <w:b/>
                <w:color w:val="27391D"/>
                <w:sz w:val="18"/>
              </w:rPr>
            </w:pPr>
            <w:proofErr w:type="spellStart"/>
            <w:r>
              <w:rPr>
                <w:b/>
                <w:color w:val="27391D"/>
                <w:sz w:val="18"/>
              </w:rPr>
              <w:t>Rozpis</w:t>
            </w:r>
            <w:proofErr w:type="spellEnd"/>
            <w:r>
              <w:rPr>
                <w:b/>
                <w:color w:val="27391D"/>
                <w:sz w:val="18"/>
              </w:rPr>
              <w:t xml:space="preserve"> </w:t>
            </w:r>
            <w:proofErr w:type="spellStart"/>
            <w:r>
              <w:rPr>
                <w:b/>
                <w:color w:val="27391D"/>
                <w:sz w:val="18"/>
              </w:rPr>
              <w:t>způsobilých</w:t>
            </w:r>
            <w:proofErr w:type="spellEnd"/>
            <w:r>
              <w:rPr>
                <w:b/>
                <w:color w:val="27391D"/>
                <w:sz w:val="18"/>
              </w:rPr>
              <w:t xml:space="preserve"> </w:t>
            </w:r>
            <w:proofErr w:type="spellStart"/>
            <w:r>
              <w:rPr>
                <w:b/>
                <w:color w:val="27391D"/>
                <w:sz w:val="18"/>
              </w:rPr>
              <w:t>výdajů</w:t>
            </w:r>
            <w:proofErr w:type="spellEnd"/>
            <w:r>
              <w:rPr>
                <w:b/>
                <w:color w:val="27391D"/>
                <w:sz w:val="18"/>
              </w:rPr>
              <w:t xml:space="preserve"> do </w:t>
            </w:r>
            <w:proofErr w:type="spellStart"/>
            <w:r>
              <w:rPr>
                <w:b/>
                <w:color w:val="27391D"/>
                <w:sz w:val="18"/>
              </w:rPr>
              <w:t>kódů</w:t>
            </w:r>
            <w:proofErr w:type="spellEnd"/>
            <w:r>
              <w:rPr>
                <w:b/>
                <w:color w:val="27391D"/>
                <w:sz w:val="18"/>
              </w:rPr>
              <w:t xml:space="preserve"> </w:t>
            </w:r>
            <w:proofErr w:type="spellStart"/>
            <w:r>
              <w:rPr>
                <w:b/>
                <w:color w:val="27391D"/>
                <w:sz w:val="18"/>
              </w:rPr>
              <w:t>výdajů</w:t>
            </w:r>
            <w:proofErr w:type="spellEnd"/>
          </w:p>
        </w:tc>
        <w:tc>
          <w:tcPr>
            <w:tcW w:w="60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3E8EAC9A" w14:textId="01514728" w:rsidR="004652DD" w:rsidRDefault="004652DD">
            <w:pPr>
              <w:rPr>
                <w:sz w:val="18"/>
              </w:rPr>
            </w:pPr>
            <w:r>
              <w:rPr>
                <w:sz w:val="18"/>
              </w:rPr>
              <w:t>[</w:t>
            </w:r>
            <w:proofErr w:type="spellStart"/>
            <w:r>
              <w:rPr>
                <w:sz w:val="18"/>
              </w:rPr>
              <w:t>Kč</w:t>
            </w:r>
            <w:proofErr w:type="spellEnd"/>
            <w:r>
              <w:rPr>
                <w:sz w:val="18"/>
              </w:rPr>
              <w:t>]</w:t>
            </w:r>
          </w:p>
        </w:tc>
      </w:tr>
    </w:tbl>
    <w:p w14:paraId="61EC2572" w14:textId="45302EE5" w:rsidR="0058317F" w:rsidRDefault="00DB07B8">
      <w:pPr>
        <w:pStyle w:val="Nadpis1"/>
      </w:pPr>
      <w:proofErr w:type="spellStart"/>
      <w:r>
        <w:rPr>
          <w:rFonts w:ascii="Arial" w:hAnsi="Arial" w:cs="Arial"/>
        </w:rPr>
        <w:t>Kódy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výdajů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23"/>
        <w:gridCol w:w="1020"/>
        <w:gridCol w:w="4989"/>
        <w:gridCol w:w="3061"/>
      </w:tblGrid>
      <w:tr w:rsidR="0058317F" w14:paraId="44B895D9" w14:textId="77777777">
        <w:trPr>
          <w:cantSplit/>
          <w:tblHeader/>
          <w:jc w:val="center"/>
        </w:trPr>
        <w:tc>
          <w:tcPr>
            <w:tcW w:w="6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27391D"/>
          </w:tcPr>
          <w:p w14:paraId="3B6571F0" w14:textId="77777777" w:rsidR="0058317F" w:rsidRDefault="00000000">
            <w:r>
              <w:rPr>
                <w:b/>
                <w:color w:val="FFFFFF"/>
                <w:sz w:val="15"/>
              </w:rPr>
              <w:t>Kód</w:t>
            </w:r>
          </w:p>
        </w:tc>
        <w:tc>
          <w:tcPr>
            <w:tcW w:w="10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27391D"/>
          </w:tcPr>
          <w:p w14:paraId="3DD0D0C4" w14:textId="77777777" w:rsidR="0058317F" w:rsidRDefault="00000000">
            <w:r>
              <w:rPr>
                <w:b/>
                <w:color w:val="FFFFFF"/>
                <w:sz w:val="15"/>
              </w:rPr>
              <w:t>Typ</w:t>
            </w:r>
          </w:p>
        </w:tc>
        <w:tc>
          <w:tcPr>
            <w:tcW w:w="498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27391D"/>
          </w:tcPr>
          <w:p w14:paraId="0EE5BB1C" w14:textId="77777777" w:rsidR="0058317F" w:rsidRDefault="00000000">
            <w:r>
              <w:rPr>
                <w:b/>
                <w:color w:val="FFFFFF"/>
                <w:sz w:val="15"/>
              </w:rPr>
              <w:t>Popis v záměru</w:t>
            </w:r>
          </w:p>
        </w:tc>
        <w:tc>
          <w:tcPr>
            <w:tcW w:w="306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27391D"/>
          </w:tcPr>
          <w:p w14:paraId="1E47D4BA" w14:textId="77777777" w:rsidR="0058317F" w:rsidRDefault="00000000">
            <w:r>
              <w:rPr>
                <w:b/>
                <w:color w:val="FFFFFF"/>
                <w:sz w:val="15"/>
              </w:rPr>
              <w:t>Kontrola / poznámka</w:t>
            </w:r>
          </w:p>
        </w:tc>
      </w:tr>
      <w:tr w:rsidR="0058317F" w14:paraId="2936D681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78597B19" w14:textId="77777777" w:rsidR="0058317F" w:rsidRDefault="00000000">
            <w:r>
              <w:rPr>
                <w:sz w:val="15"/>
              </w:rPr>
              <w:t>001</w:t>
            </w:r>
          </w:p>
        </w:tc>
        <w:tc>
          <w:tcPr>
            <w:tcW w:w="10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1BD4630C" w14:textId="77777777" w:rsidR="0058317F" w:rsidRDefault="00000000">
            <w:r>
              <w:rPr>
                <w:sz w:val="15"/>
              </w:rPr>
              <w:t>neinvestiční</w:t>
            </w:r>
          </w:p>
        </w:tc>
        <w:tc>
          <w:tcPr>
            <w:tcW w:w="498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3DE88BAA" w14:textId="77777777" w:rsidR="0058317F" w:rsidRDefault="00000000">
            <w:r>
              <w:rPr>
                <w:sz w:val="15"/>
              </w:rPr>
              <w:t>Příprava, řízení a realizace projektu spolupráce - mzdy, cestovné, dokumentace, služby související s přípravou/řízením.</w:t>
            </w:r>
          </w:p>
        </w:tc>
        <w:tc>
          <w:tcPr>
            <w:tcW w:w="306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1D42DD77" w14:textId="77777777" w:rsidR="0058317F" w:rsidRDefault="00000000">
            <w:r>
              <w:rPr>
                <w:sz w:val="15"/>
              </w:rPr>
              <w:t>[limit 50 % výdajů žadatele; max. 1,5 úvazku / 60 h týdně]</w:t>
            </w:r>
          </w:p>
        </w:tc>
      </w:tr>
      <w:tr w:rsidR="0058317F" w14:paraId="5EB3BF95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37CFD626" w14:textId="77777777" w:rsidR="0058317F" w:rsidRDefault="00000000">
            <w:r>
              <w:rPr>
                <w:sz w:val="15"/>
              </w:rPr>
              <w:t>002</w:t>
            </w:r>
          </w:p>
        </w:tc>
        <w:tc>
          <w:tcPr>
            <w:tcW w:w="10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3B574DFD" w14:textId="77777777" w:rsidR="0058317F" w:rsidRDefault="00000000">
            <w:r>
              <w:rPr>
                <w:sz w:val="15"/>
              </w:rPr>
              <w:t>investiční</w:t>
            </w:r>
          </w:p>
        </w:tc>
        <w:tc>
          <w:tcPr>
            <w:tcW w:w="498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1F57C91D" w14:textId="77777777" w:rsidR="0058317F" w:rsidRDefault="00000000">
            <w:r>
              <w:rPr>
                <w:sz w:val="15"/>
              </w:rPr>
              <w:t>Stroje, vybavení, technologie, zařízení, dopravní prostředky, software, hardware, e-shop, portál, webová/mobilní aplikace.</w:t>
            </w:r>
          </w:p>
        </w:tc>
        <w:tc>
          <w:tcPr>
            <w:tcW w:w="306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05CB2E16" w14:textId="77777777" w:rsidR="0058317F" w:rsidRDefault="00000000">
            <w:r>
              <w:rPr>
                <w:sz w:val="15"/>
              </w:rPr>
              <w:t>[u vozidla M/N1 limit 500 000 Kč výdajů na žadatele]</w:t>
            </w:r>
          </w:p>
        </w:tc>
      </w:tr>
      <w:tr w:rsidR="0058317F" w14:paraId="007C5D79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30C99CCF" w14:textId="77777777" w:rsidR="0058317F" w:rsidRDefault="00000000">
            <w:r>
              <w:rPr>
                <w:sz w:val="15"/>
              </w:rPr>
              <w:t>003</w:t>
            </w:r>
          </w:p>
        </w:tc>
        <w:tc>
          <w:tcPr>
            <w:tcW w:w="10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41917755" w14:textId="77777777" w:rsidR="0058317F" w:rsidRDefault="00000000">
            <w:r>
              <w:rPr>
                <w:sz w:val="15"/>
              </w:rPr>
              <w:t>investiční</w:t>
            </w:r>
          </w:p>
        </w:tc>
        <w:tc>
          <w:tcPr>
            <w:tcW w:w="498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049BD252" w14:textId="77777777" w:rsidR="0058317F" w:rsidRDefault="00000000">
            <w:r>
              <w:rPr>
                <w:sz w:val="15"/>
              </w:rPr>
              <w:t>Stavební investice nezbytné pro realizaci projektu spolupráce.</w:t>
            </w:r>
          </w:p>
        </w:tc>
        <w:tc>
          <w:tcPr>
            <w:tcW w:w="306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68E0507B" w14:textId="77777777" w:rsidR="0058317F" w:rsidRDefault="00000000">
            <w:r>
              <w:rPr>
                <w:sz w:val="15"/>
              </w:rPr>
              <w:t>[rozpočet podle katalogů ÚRS/RTS/Callida; stavební řízení dle relevance]</w:t>
            </w:r>
          </w:p>
        </w:tc>
      </w:tr>
      <w:tr w:rsidR="0058317F" w14:paraId="6502DA27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3E1A95D1" w14:textId="77777777" w:rsidR="0058317F" w:rsidRDefault="00000000">
            <w:r>
              <w:rPr>
                <w:sz w:val="15"/>
              </w:rPr>
              <w:t>004</w:t>
            </w:r>
          </w:p>
        </w:tc>
        <w:tc>
          <w:tcPr>
            <w:tcW w:w="10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1CF248DF" w14:textId="77777777" w:rsidR="0058317F" w:rsidRDefault="00000000">
            <w:r>
              <w:rPr>
                <w:sz w:val="15"/>
              </w:rPr>
              <w:t>investiční</w:t>
            </w:r>
          </w:p>
        </w:tc>
        <w:tc>
          <w:tcPr>
            <w:tcW w:w="498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15E25F11" w14:textId="77777777" w:rsidR="0058317F" w:rsidRDefault="00000000">
            <w:r>
              <w:rPr>
                <w:sz w:val="15"/>
              </w:rPr>
              <w:t>Nákup nemovitosti v souvislosti s projektem.</w:t>
            </w:r>
          </w:p>
        </w:tc>
        <w:tc>
          <w:tcPr>
            <w:tcW w:w="306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2865D0AA" w14:textId="77777777" w:rsidR="0058317F" w:rsidRDefault="00000000">
            <w:r>
              <w:rPr>
                <w:sz w:val="15"/>
              </w:rPr>
              <w:t>[max. 10 % celkových výdajů projektu; znalecký posudek]</w:t>
            </w:r>
          </w:p>
        </w:tc>
      </w:tr>
      <w:tr w:rsidR="0058317F" w14:paraId="68D6176F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3978068D" w14:textId="77777777" w:rsidR="0058317F" w:rsidRDefault="00000000">
            <w:r>
              <w:rPr>
                <w:sz w:val="15"/>
              </w:rPr>
              <w:t>005</w:t>
            </w:r>
          </w:p>
        </w:tc>
        <w:tc>
          <w:tcPr>
            <w:tcW w:w="10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4CA016C7" w14:textId="77777777" w:rsidR="0058317F" w:rsidRDefault="00000000">
            <w:r>
              <w:rPr>
                <w:sz w:val="15"/>
              </w:rPr>
              <w:t>neinvestiční</w:t>
            </w:r>
          </w:p>
        </w:tc>
        <w:tc>
          <w:tcPr>
            <w:tcW w:w="498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3496BC0A" w14:textId="77777777" w:rsidR="0058317F" w:rsidRDefault="00000000">
            <w:r>
              <w:rPr>
                <w:sz w:val="15"/>
              </w:rPr>
              <w:t>Měkké vzdělávací akce - informační, vzdělávací akce, semináře, workshopy.</w:t>
            </w:r>
          </w:p>
        </w:tc>
        <w:tc>
          <w:tcPr>
            <w:tcW w:w="306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15B8AD1E" w14:textId="77777777" w:rsidR="0058317F" w:rsidRDefault="00000000">
            <w:r>
              <w:rPr>
                <w:sz w:val="15"/>
              </w:rPr>
              <w:t>[jednotkové náklady, prezenční listiny, harmonogram, foto]</w:t>
            </w:r>
          </w:p>
        </w:tc>
      </w:tr>
      <w:tr w:rsidR="0058317F" w14:paraId="1BFBE49A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784DFEB9" w14:textId="77777777" w:rsidR="0058317F" w:rsidRDefault="00000000">
            <w:r>
              <w:rPr>
                <w:sz w:val="15"/>
              </w:rPr>
              <w:t>006</w:t>
            </w:r>
          </w:p>
        </w:tc>
        <w:tc>
          <w:tcPr>
            <w:tcW w:w="10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6331F3A5" w14:textId="77777777" w:rsidR="0058317F" w:rsidRDefault="00000000">
            <w:r>
              <w:rPr>
                <w:sz w:val="15"/>
              </w:rPr>
              <w:t>neinvestiční</w:t>
            </w:r>
          </w:p>
        </w:tc>
        <w:tc>
          <w:tcPr>
            <w:tcW w:w="498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0E5CE546" w14:textId="77777777" w:rsidR="0058317F" w:rsidRDefault="00000000">
            <w:r>
              <w:rPr>
                <w:sz w:val="15"/>
              </w:rPr>
              <w:t>Ostatní měkké akce pro širokou veřejnost - osvětové, kulturní, propagační, konference.</w:t>
            </w:r>
          </w:p>
        </w:tc>
        <w:tc>
          <w:tcPr>
            <w:tcW w:w="306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1CD46A3A" w14:textId="77777777" w:rsidR="0058317F" w:rsidRDefault="00000000">
            <w:r>
              <w:rPr>
                <w:sz w:val="15"/>
              </w:rPr>
              <w:t>[jednotkové náklady; doložit min. dvě místa propagace]</w:t>
            </w:r>
          </w:p>
        </w:tc>
      </w:tr>
      <w:tr w:rsidR="0058317F" w14:paraId="27A46920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297D9DE5" w14:textId="77777777" w:rsidR="0058317F" w:rsidRDefault="00000000">
            <w:r>
              <w:rPr>
                <w:sz w:val="15"/>
              </w:rPr>
              <w:t>007</w:t>
            </w:r>
          </w:p>
        </w:tc>
        <w:tc>
          <w:tcPr>
            <w:tcW w:w="10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531F2BA3" w14:textId="77777777" w:rsidR="0058317F" w:rsidRDefault="00000000">
            <w:r>
              <w:rPr>
                <w:sz w:val="15"/>
              </w:rPr>
              <w:t>neinvestiční</w:t>
            </w:r>
          </w:p>
        </w:tc>
        <w:tc>
          <w:tcPr>
            <w:tcW w:w="498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6DD9F70F" w14:textId="77777777" w:rsidR="0058317F" w:rsidRDefault="00000000">
            <w:r>
              <w:rPr>
                <w:sz w:val="15"/>
              </w:rPr>
              <w:t>Exkurze v ČR - autobus organizovaný žadatelem.</w:t>
            </w:r>
          </w:p>
        </w:tc>
        <w:tc>
          <w:tcPr>
            <w:tcW w:w="306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5DE7FB66" w14:textId="77777777" w:rsidR="0058317F" w:rsidRDefault="00000000">
            <w:r>
              <w:rPr>
                <w:sz w:val="15"/>
              </w:rPr>
              <w:t>[člověkoden + doprava; program, prezenční listina, ubytování dle relevance]</w:t>
            </w:r>
          </w:p>
        </w:tc>
      </w:tr>
      <w:tr w:rsidR="0058317F" w14:paraId="371AF702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6961A7C5" w14:textId="77777777" w:rsidR="0058317F" w:rsidRDefault="00000000">
            <w:r>
              <w:rPr>
                <w:sz w:val="15"/>
              </w:rPr>
              <w:t>008</w:t>
            </w:r>
          </w:p>
        </w:tc>
        <w:tc>
          <w:tcPr>
            <w:tcW w:w="10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626E24C7" w14:textId="77777777" w:rsidR="0058317F" w:rsidRDefault="00000000">
            <w:r>
              <w:rPr>
                <w:sz w:val="15"/>
              </w:rPr>
              <w:t>neinvestiční</w:t>
            </w:r>
          </w:p>
        </w:tc>
        <w:tc>
          <w:tcPr>
            <w:tcW w:w="498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3685DBEE" w14:textId="77777777" w:rsidR="0058317F" w:rsidRDefault="00000000">
            <w:r>
              <w:rPr>
                <w:sz w:val="15"/>
              </w:rPr>
              <w:t>Exkurze EU/Evropa - autobus organizovaný žadatelem.</w:t>
            </w:r>
          </w:p>
        </w:tc>
        <w:tc>
          <w:tcPr>
            <w:tcW w:w="306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48531A0B" w14:textId="77777777" w:rsidR="0058317F" w:rsidRDefault="00000000">
            <w:r>
              <w:rPr>
                <w:sz w:val="15"/>
              </w:rPr>
              <w:t>[člověkoden + doprava; program, prezenční listina, ubytování dle relevance]</w:t>
            </w:r>
          </w:p>
        </w:tc>
      </w:tr>
      <w:tr w:rsidR="0058317F" w14:paraId="63EB08AA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2082C77E" w14:textId="77777777" w:rsidR="0058317F" w:rsidRDefault="00000000">
            <w:r>
              <w:rPr>
                <w:sz w:val="15"/>
              </w:rPr>
              <w:t>009</w:t>
            </w:r>
          </w:p>
        </w:tc>
        <w:tc>
          <w:tcPr>
            <w:tcW w:w="10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542BF65A" w14:textId="77777777" w:rsidR="0058317F" w:rsidRDefault="00000000">
            <w:r>
              <w:rPr>
                <w:sz w:val="15"/>
              </w:rPr>
              <w:t>neinvestiční</w:t>
            </w:r>
          </w:p>
        </w:tc>
        <w:tc>
          <w:tcPr>
            <w:tcW w:w="498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3596C2C6" w14:textId="77777777" w:rsidR="0058317F" w:rsidRDefault="00000000">
            <w:r>
              <w:rPr>
                <w:sz w:val="15"/>
              </w:rPr>
              <w:t>Exkurze ČR/EU/Evropa/vyjmenované státy - letecká, železniční, veřejná autobusová nebo osobní doprava.</w:t>
            </w:r>
          </w:p>
        </w:tc>
        <w:tc>
          <w:tcPr>
            <w:tcW w:w="306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73BAE4DE" w14:textId="77777777" w:rsidR="0058317F" w:rsidRDefault="00000000">
            <w:r>
              <w:rPr>
                <w:sz w:val="15"/>
              </w:rPr>
              <w:t>[specificky vymezit dopravu a ostatní výdaje]</w:t>
            </w:r>
          </w:p>
        </w:tc>
      </w:tr>
      <w:tr w:rsidR="0058317F" w14:paraId="32C67267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4AB850E0" w14:textId="77777777" w:rsidR="0058317F" w:rsidRDefault="00000000">
            <w:r>
              <w:rPr>
                <w:sz w:val="15"/>
              </w:rPr>
              <w:t>010</w:t>
            </w:r>
          </w:p>
        </w:tc>
        <w:tc>
          <w:tcPr>
            <w:tcW w:w="102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1C038987" w14:textId="77777777" w:rsidR="0058317F" w:rsidRDefault="00000000">
            <w:r>
              <w:rPr>
                <w:sz w:val="15"/>
              </w:rPr>
              <w:t>neinvestiční</w:t>
            </w:r>
          </w:p>
        </w:tc>
        <w:tc>
          <w:tcPr>
            <w:tcW w:w="498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4EBFC5F3" w14:textId="77777777" w:rsidR="0058317F" w:rsidRDefault="00000000">
            <w:r>
              <w:rPr>
                <w:sz w:val="15"/>
              </w:rPr>
              <w:t>Studie, tištěné materiály, propagace, software, odborné služby, regionální publikace, stavební úpravy, ostatní neinvestiční výdaje.</w:t>
            </w:r>
          </w:p>
        </w:tc>
        <w:tc>
          <w:tcPr>
            <w:tcW w:w="306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2E19E72D" w14:textId="77777777" w:rsidR="0058317F" w:rsidRDefault="00000000">
            <w:r>
              <w:rPr>
                <w:sz w:val="15"/>
              </w:rPr>
              <w:t>[nejde o mzdové ani režijní výdaje]</w:t>
            </w:r>
          </w:p>
        </w:tc>
      </w:tr>
    </w:tbl>
    <w:p w14:paraId="381B21AB" w14:textId="77777777" w:rsidR="00DB07B8" w:rsidRDefault="00DB07B8">
      <w:pPr>
        <w:pStyle w:val="Nadpis1"/>
        <w:rPr>
          <w:rFonts w:ascii="Arial" w:hAnsi="Arial" w:cs="Arial"/>
        </w:rPr>
      </w:pPr>
    </w:p>
    <w:p w14:paraId="3DC407AB" w14:textId="4A53A7C9" w:rsidR="0058317F" w:rsidRDefault="00DB07B8">
      <w:pPr>
        <w:pStyle w:val="Nadpis1"/>
      </w:pPr>
      <w:r>
        <w:rPr>
          <w:rFonts w:ascii="Arial" w:hAnsi="Arial" w:cs="Arial"/>
        </w:rPr>
        <w:t xml:space="preserve">D. </w:t>
      </w:r>
      <w:proofErr w:type="spellStart"/>
      <w:r>
        <w:rPr>
          <w:rFonts w:ascii="Arial" w:hAnsi="Arial" w:cs="Arial"/>
        </w:rPr>
        <w:t>Čestné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prohlášení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předkladatele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záměru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45"/>
        <w:gridCol w:w="7415"/>
      </w:tblGrid>
      <w:tr w:rsidR="0058317F" w14:paraId="4D59DDF3" w14:textId="77777777">
        <w:trPr>
          <w:jc w:val="center"/>
        </w:trPr>
        <w:tc>
          <w:tcPr>
            <w:tcW w:w="10376" w:type="dxa"/>
            <w:gridSpan w:val="2"/>
            <w:tcBorders>
              <w:top w:val="single" w:sz="6" w:space="0" w:color="B8C7AC"/>
              <w:left w:val="single" w:sz="6" w:space="0" w:color="B8C7AC"/>
              <w:bottom w:val="single" w:sz="6" w:space="0" w:color="B8C7AC"/>
              <w:right w:val="single" w:sz="6" w:space="0" w:color="B8C7AC"/>
            </w:tcBorders>
            <w:shd w:val="clear" w:color="auto" w:fill="EAF0E4"/>
          </w:tcPr>
          <w:p w14:paraId="24670FFA" w14:textId="77777777" w:rsidR="0058317F" w:rsidRDefault="00000000">
            <w:r>
              <w:rPr>
                <w:b/>
                <w:color w:val="27391D"/>
              </w:rPr>
              <w:t>Text pro podpis</w:t>
            </w:r>
          </w:p>
          <w:p w14:paraId="20DCB008" w14:textId="77777777" w:rsidR="0058317F" w:rsidRDefault="00000000">
            <w:r>
              <w:rPr>
                <w:sz w:val="17"/>
              </w:rPr>
              <w:t>Předkladatel potvrzuje, že údaje uvedené ve formuláři jsou podle jeho nejlepšího vědomí pravdivé a úplné, že si je vědom nutnosti dopracovat záměr podle Pravidel pro projekty spolupráce a že bere na vědomí, že podání záměru nezakládá právní nárok na podporu ani na zařazení záměru do Žádosti o dotaci.</w:t>
            </w:r>
          </w:p>
        </w:tc>
      </w:tr>
      <w:tr w:rsidR="0058317F" w14:paraId="204C9FFF" w14:textId="77777777">
        <w:trPr>
          <w:cantSplit/>
          <w:jc w:val="center"/>
        </w:trPr>
        <w:tc>
          <w:tcPr>
            <w:tcW w:w="294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DDE8D4"/>
          </w:tcPr>
          <w:p w14:paraId="0BA49237" w14:textId="77777777" w:rsidR="0058317F" w:rsidRDefault="00000000">
            <w:r>
              <w:rPr>
                <w:b/>
                <w:color w:val="27391D"/>
                <w:sz w:val="18"/>
              </w:rPr>
              <w:t>Jméno a funkce osoby oprávněné jednat</w:t>
            </w:r>
          </w:p>
        </w:tc>
        <w:tc>
          <w:tcPr>
            <w:tcW w:w="680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438A00C7" w14:textId="77777777" w:rsidR="0058317F" w:rsidRDefault="00000000">
            <w:r>
              <w:rPr>
                <w:sz w:val="18"/>
              </w:rPr>
              <w:t>[doplňte]</w:t>
            </w:r>
          </w:p>
        </w:tc>
      </w:tr>
      <w:tr w:rsidR="0058317F" w14:paraId="3FE2676B" w14:textId="77777777">
        <w:trPr>
          <w:cantSplit/>
          <w:jc w:val="center"/>
        </w:trPr>
        <w:tc>
          <w:tcPr>
            <w:tcW w:w="294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DDE8D4"/>
          </w:tcPr>
          <w:p w14:paraId="36A2BAFA" w14:textId="77777777" w:rsidR="0058317F" w:rsidRDefault="00000000">
            <w:r>
              <w:rPr>
                <w:b/>
                <w:color w:val="27391D"/>
                <w:sz w:val="18"/>
              </w:rPr>
              <w:t>Datum</w:t>
            </w:r>
          </w:p>
        </w:tc>
        <w:tc>
          <w:tcPr>
            <w:tcW w:w="680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</w:tcPr>
          <w:p w14:paraId="1BEBCB49" w14:textId="77777777" w:rsidR="0058317F" w:rsidRDefault="00000000">
            <w:r>
              <w:rPr>
                <w:sz w:val="18"/>
              </w:rPr>
              <w:t>[doplňte]</w:t>
            </w:r>
          </w:p>
        </w:tc>
      </w:tr>
      <w:tr w:rsidR="0058317F" w14:paraId="41B3DE8B" w14:textId="77777777">
        <w:trPr>
          <w:cantSplit/>
          <w:jc w:val="center"/>
        </w:trPr>
        <w:tc>
          <w:tcPr>
            <w:tcW w:w="294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DDE8D4"/>
          </w:tcPr>
          <w:p w14:paraId="6BA63AAD" w14:textId="77777777" w:rsidR="0058317F" w:rsidRDefault="00000000">
            <w:r>
              <w:rPr>
                <w:b/>
                <w:color w:val="27391D"/>
                <w:sz w:val="18"/>
              </w:rPr>
              <w:t>Podpis / elektronický podpis</w:t>
            </w:r>
          </w:p>
        </w:tc>
        <w:tc>
          <w:tcPr>
            <w:tcW w:w="680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AFBF8"/>
          </w:tcPr>
          <w:p w14:paraId="6325F1A3" w14:textId="77777777" w:rsidR="0058317F" w:rsidRDefault="00000000">
            <w:r>
              <w:rPr>
                <w:sz w:val="18"/>
              </w:rPr>
              <w:t>[doplňte]</w:t>
            </w:r>
          </w:p>
        </w:tc>
      </w:tr>
    </w:tbl>
    <w:p w14:paraId="2C6D5CA7" w14:textId="77777777" w:rsidR="0058317F" w:rsidRDefault="00000000">
      <w:r>
        <w:br w:type="page"/>
      </w:r>
    </w:p>
    <w:sectPr w:rsidR="0058317F" w:rsidSect="00034616">
      <w:footerReference w:type="default" r:id="rId8"/>
      <w:pgSz w:w="11906" w:h="16838"/>
      <w:pgMar w:top="765" w:right="765" w:bottom="737" w:left="765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C684C" w14:textId="77777777" w:rsidR="00356F5F" w:rsidRDefault="00356F5F">
      <w:pPr>
        <w:spacing w:after="0" w:line="240" w:lineRule="auto"/>
      </w:pPr>
      <w:r>
        <w:separator/>
      </w:r>
    </w:p>
  </w:endnote>
  <w:endnote w:type="continuationSeparator" w:id="0">
    <w:p w14:paraId="6D8A4410" w14:textId="77777777" w:rsidR="00356F5F" w:rsidRDefault="00356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5248D" w14:textId="2048F851" w:rsidR="002A28A7" w:rsidRPr="002A28A7" w:rsidRDefault="002A28A7" w:rsidP="002A28A7">
    <w:pPr>
      <w:pStyle w:val="Zpat"/>
      <w:jc w:val="right"/>
      <w:rPr>
        <w:lang w:val="cs-CZ"/>
      </w:rPr>
    </w:pPr>
    <w:r w:rsidRPr="002A28A7">
      <w:rPr>
        <w:noProof/>
        <w:lang w:val="cs-CZ"/>
      </w:rPr>
      <w:drawing>
        <wp:inline distT="0" distB="0" distL="0" distR="0" wp14:anchorId="2487AEAF" wp14:editId="224FED7A">
          <wp:extent cx="703157" cy="341886"/>
          <wp:effectExtent l="0" t="0" r="1905" b="1270"/>
          <wp:docPr id="184628680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460" cy="3595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D07274" w14:textId="188C1E0C" w:rsidR="0058317F" w:rsidRPr="002A28A7" w:rsidRDefault="0058317F" w:rsidP="002A28A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8D613" w14:textId="77777777" w:rsidR="00356F5F" w:rsidRDefault="00356F5F">
      <w:pPr>
        <w:spacing w:after="0" w:line="240" w:lineRule="auto"/>
      </w:pPr>
      <w:r>
        <w:separator/>
      </w:r>
    </w:p>
  </w:footnote>
  <w:footnote w:type="continuationSeparator" w:id="0">
    <w:p w14:paraId="1C01A6DB" w14:textId="77777777" w:rsidR="00356F5F" w:rsidRDefault="00356F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7213205">
    <w:abstractNumId w:val="8"/>
  </w:num>
  <w:num w:numId="2" w16cid:durableId="942886137">
    <w:abstractNumId w:val="6"/>
  </w:num>
  <w:num w:numId="3" w16cid:durableId="1582133987">
    <w:abstractNumId w:val="5"/>
  </w:num>
  <w:num w:numId="4" w16cid:durableId="137773682">
    <w:abstractNumId w:val="4"/>
  </w:num>
  <w:num w:numId="5" w16cid:durableId="904224816">
    <w:abstractNumId w:val="7"/>
  </w:num>
  <w:num w:numId="6" w16cid:durableId="250160587">
    <w:abstractNumId w:val="3"/>
  </w:num>
  <w:num w:numId="7" w16cid:durableId="459805507">
    <w:abstractNumId w:val="2"/>
  </w:num>
  <w:num w:numId="8" w16cid:durableId="953366932">
    <w:abstractNumId w:val="1"/>
  </w:num>
  <w:num w:numId="9" w16cid:durableId="458643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6782"/>
    <w:rsid w:val="0015074B"/>
    <w:rsid w:val="0029639D"/>
    <w:rsid w:val="002A28A7"/>
    <w:rsid w:val="00326F90"/>
    <w:rsid w:val="00356F5F"/>
    <w:rsid w:val="00455FA5"/>
    <w:rsid w:val="004652DD"/>
    <w:rsid w:val="0058317F"/>
    <w:rsid w:val="005B6E6F"/>
    <w:rsid w:val="007B16C9"/>
    <w:rsid w:val="00813E38"/>
    <w:rsid w:val="008370F4"/>
    <w:rsid w:val="00967D16"/>
    <w:rsid w:val="00AA1D8D"/>
    <w:rsid w:val="00B47730"/>
    <w:rsid w:val="00CB0664"/>
    <w:rsid w:val="00CB215B"/>
    <w:rsid w:val="00DB07B8"/>
    <w:rsid w:val="00E56C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2C3452"/>
  <w14:defaultImageDpi w14:val="300"/>
  <w15:docId w15:val="{2A581769-E45D-464D-9F4F-4E4197944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hAnsi="Arial" w:cs="Arial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/>
      <w:b/>
      <w:bCs/>
      <w:color w:val="27391D"/>
      <w:sz w:val="3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80" w:after="80"/>
      <w:outlineLvl w:val="1"/>
    </w:pPr>
    <w:rPr>
      <w:rFonts w:asciiTheme="majorHAnsi" w:eastAsiaTheme="majorEastAsia" w:hAnsiTheme="majorHAnsi" w:cstheme="majorBidi"/>
      <w:b/>
      <w:bCs/>
      <w:color w:val="27391D"/>
      <w:sz w:val="25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80" w:after="40"/>
      <w:outlineLvl w:val="2"/>
    </w:pPr>
    <w:rPr>
      <w:rFonts w:asciiTheme="majorHAnsi" w:eastAsiaTheme="majorEastAsia" w:hAnsiTheme="majorHAnsi" w:cstheme="majorBidi"/>
      <w:b/>
      <w:bCs/>
      <w:color w:val="27391D"/>
      <w:sz w:val="2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before="80" w:line="240" w:lineRule="auto"/>
      <w:contextualSpacing/>
    </w:pPr>
    <w:rPr>
      <w:rFonts w:asciiTheme="majorHAnsi" w:eastAsiaTheme="majorEastAsia" w:hAnsiTheme="majorHAnsi" w:cstheme="majorBidi"/>
      <w:b/>
      <w:color w:val="27391D"/>
      <w:spacing w:val="5"/>
      <w:kern w:val="28"/>
      <w:sz w:val="44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oznamkaMAS">
    <w:name w:val="Poznamka MAS"/>
    <w:pPr>
      <w:spacing w:after="80"/>
    </w:pPr>
    <w:rPr>
      <w:rFonts w:ascii="Arial" w:hAnsi="Arial" w:cs="Arial"/>
      <w:i/>
      <w:color w:val="505050"/>
      <w:sz w:val="17"/>
    </w:rPr>
  </w:style>
  <w:style w:type="paragraph" w:customStyle="1" w:styleId="Pole">
    <w:name w:val="Pole"/>
    <w:pPr>
      <w:spacing w:after="40"/>
    </w:pPr>
    <w:rPr>
      <w:rFonts w:ascii="Arial" w:hAnsi="Arial" w:cs="Arial"/>
      <w:sz w:val="18"/>
    </w:rPr>
  </w:style>
  <w:style w:type="paragraph" w:customStyle="1" w:styleId="Small">
    <w:name w:val="Small"/>
    <w:pPr>
      <w:spacing w:after="20"/>
    </w:pPr>
    <w:rPr>
      <w:rFonts w:ascii="Arial" w:hAnsi="Arial" w:cs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675</Words>
  <Characters>3986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Michal Zich</cp:lastModifiedBy>
  <cp:revision>8</cp:revision>
  <dcterms:created xsi:type="dcterms:W3CDTF">2026-07-14T07:16:00Z</dcterms:created>
  <dcterms:modified xsi:type="dcterms:W3CDTF">2026-07-14T07:55:00Z</dcterms:modified>
  <cp:category/>
</cp:coreProperties>
</file>